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0769C" w:rsidRDefault="0048637C">
      <w:pPr>
        <w:spacing w:after="100"/>
        <w:jc w:val="center"/>
      </w:pPr>
      <w:r>
        <w:rPr>
          <w:b/>
          <w:color w:val="25408E"/>
          <w:sz w:val="40"/>
        </w:rPr>
        <w:t>More Than Ink on Paper</w:t>
      </w:r>
    </w:p>
    <w:p w:rsidR="0080769C" w:rsidRDefault="0048637C">
      <w:pPr>
        <w:spacing w:after="60"/>
        <w:jc w:val="center"/>
      </w:pPr>
      <w:r>
        <w:rPr>
          <w:b/>
          <w:sz w:val="28"/>
        </w:rPr>
        <w:t>Implementing the Yazidi Survivors Law</w:t>
      </w:r>
    </w:p>
    <w:p w:rsidR="0080769C" w:rsidRDefault="0048637C">
      <w:pPr>
        <w:spacing w:after="320"/>
        <w:jc w:val="center"/>
      </w:pPr>
      <w:r>
        <w:rPr>
          <w:i/>
          <w:color w:val="5A5A5A"/>
          <w:sz w:val="22"/>
        </w:rPr>
        <w:t>Episode 9 |</w:t>
      </w:r>
      <w:r>
        <w:rPr>
          <w:i/>
          <w:color w:val="5A5A5A"/>
          <w:sz w:val="22"/>
        </w:rPr>
        <w:t xml:space="preserve"> English Transcript</w:t>
      </w:r>
    </w:p>
    <w:tbl>
      <w:tblPr>
        <w:tblW w:w="0" w:type="auto"/>
        <w:tblLook w:val="04A0" w:firstRow="1" w:lastRow="0" w:firstColumn="1" w:lastColumn="0" w:noHBand="0" w:noVBand="1"/>
      </w:tblPr>
      <w:tblGrid>
        <w:gridCol w:w="9071"/>
      </w:tblGrid>
      <w:tr w:rsidR="0080769C">
        <w:tc>
          <w:tcPr>
            <w:tcW w:w="9071" w:type="dxa"/>
            <w:shd w:val="clear" w:color="auto" w:fill="F3F5FA"/>
          </w:tcPr>
          <w:p w:rsidR="0080769C" w:rsidRDefault="0048637C">
            <w:pPr>
              <w:spacing w:after="80"/>
            </w:pPr>
            <w:r>
              <w:rPr>
                <w:b/>
                <w:color w:val="25408E"/>
                <w:sz w:val="22"/>
              </w:rPr>
              <w:t>Participants</w:t>
            </w:r>
          </w:p>
          <w:p w:rsidR="0080769C" w:rsidRDefault="0048637C">
            <w:pPr>
              <w:spacing w:after="40"/>
            </w:pPr>
            <w:r>
              <w:rPr>
                <w:b/>
              </w:rPr>
              <w:t xml:space="preserve">Adeeba Murad: </w:t>
            </w:r>
            <w:r>
              <w:t>Yazidi survivor and human rights defender</w:t>
            </w:r>
          </w:p>
          <w:p w:rsidR="0080769C" w:rsidRDefault="0048637C">
            <w:pPr>
              <w:spacing w:after="40"/>
            </w:pPr>
            <w:r>
              <w:rPr>
                <w:b/>
              </w:rPr>
              <w:t xml:space="preserve">Umm Mustafa: </w:t>
            </w:r>
            <w:r>
              <w:t>Mother of a missing Camp Speicher victim</w:t>
            </w:r>
          </w:p>
          <w:p w:rsidR="0080769C" w:rsidRDefault="005C563C">
            <w:pPr>
              <w:spacing w:after="40"/>
            </w:pPr>
            <w:proofErr w:type="spellStart"/>
            <w:r>
              <w:rPr>
                <w:b/>
              </w:rPr>
              <w:t>Zozan</w:t>
            </w:r>
            <w:proofErr w:type="spellEnd"/>
            <w:r>
              <w:rPr>
                <w:b/>
              </w:rPr>
              <w:t xml:space="preserve"> Mohammed</w:t>
            </w:r>
            <w:r w:rsidR="0048637C">
              <w:rPr>
                <w:b/>
              </w:rPr>
              <w:t xml:space="preserve">: </w:t>
            </w:r>
            <w:r w:rsidR="0048637C">
              <w:t xml:space="preserve">Project </w:t>
            </w:r>
            <w:r w:rsidR="0048637C">
              <w:t>Coordinator, Coalition for Just Reparations (C4JR)</w:t>
            </w:r>
          </w:p>
        </w:tc>
      </w:tr>
    </w:tbl>
    <w:p w:rsidR="0080769C" w:rsidRDefault="0080769C"/>
    <w:p w:rsidR="0080769C" w:rsidRDefault="0048637C">
      <w:pPr>
        <w:spacing w:before="80" w:after="200"/>
      </w:pPr>
      <w:r>
        <w:rPr>
          <w:b/>
          <w:color w:val="25408E"/>
          <w:sz w:val="30"/>
        </w:rPr>
        <w:t>Transcript</w:t>
      </w:r>
    </w:p>
    <w:p w:rsidR="0080769C" w:rsidRDefault="005C563C">
      <w:pPr>
        <w:spacing w:before="120" w:after="120"/>
        <w:jc w:val="both"/>
      </w:pPr>
      <w:proofErr w:type="spellStart"/>
      <w:r w:rsidRPr="005C563C">
        <w:rPr>
          <w:b/>
          <w:color w:val="17365D" w:themeColor="text2" w:themeShade="BF"/>
        </w:rPr>
        <w:t>Zozan</w:t>
      </w:r>
      <w:proofErr w:type="spellEnd"/>
      <w:r w:rsidRPr="005C563C">
        <w:rPr>
          <w:b/>
          <w:color w:val="17365D" w:themeColor="text2" w:themeShade="BF"/>
        </w:rPr>
        <w:t xml:space="preserve"> Mohammed</w:t>
      </w:r>
      <w:r w:rsidR="0048637C">
        <w:rPr>
          <w:rStyle w:val="SpeakerLabel"/>
        </w:rPr>
        <w:t xml:space="preserve">: </w:t>
      </w:r>
      <w:r w:rsidR="0048637C">
        <w:t xml:space="preserve">Through this series, we shed light on the voices of people involved in implementing the Yazidi Survivors Law, which has often been described as ink on paper. This refers to doubts about </w:t>
      </w:r>
      <w:r w:rsidR="0048637C">
        <w:t>the Iraqi government's commitment to implementing it and providing the long-awaited reparations under this law. In these episodes, we host people working to turn this law into a tangible reality, and we discuss issues of criminal justice and accountability</w:t>
      </w:r>
      <w:r w:rsidR="0048637C">
        <w:t xml:space="preserve"> in Iraq. Welcome. True recovery and justice after grave crimes and violations can only be achieved through solidarity. On 10 June, the Coalition for Just Reparations with the Jiyan Foundation for Human Rights and the Iraqi Victims of Speicher Organization</w:t>
      </w:r>
      <w:r w:rsidR="0048637C">
        <w:t>, with the participation of families of Speicher martyrs and Yazidi survivors, held an event in Baghdad entitled: "From Laws to Justice," Marking the Twelfth Anniversary of the Camp Speicher Massacre. The conference launched a comparative study by the Coal</w:t>
      </w:r>
      <w:r w:rsidR="0048637C">
        <w:t>ition on implementing the Yazidi Survivors Law and the Speicher Law, presenting its key findings.</w:t>
      </w:r>
    </w:p>
    <w:p w:rsidR="0080769C" w:rsidRDefault="0048637C">
      <w:pPr>
        <w:spacing w:after="120"/>
        <w:jc w:val="both"/>
      </w:pPr>
      <w:r>
        <w:t>The aim of this study was not only to issue another report, but to draw lessons from the different implementation experiences, and to benefit from the experti</w:t>
      </w:r>
      <w:r>
        <w:t>se of the people these laws were made for: that is, victims of conflict-related violence from various communities, who may come from different backgrounds, but share the same pain and suffering, and the same aspiration for justice. Joining us today in this</w:t>
      </w:r>
      <w:r>
        <w:t xml:space="preserve"> episode are guests from two different communities: a Yazidi survivor, and a mother of victims of the Speicher massacre from the Shia Arab community. We will talk with them about the lessons learned from implementing these two laws, and how these experienc</w:t>
      </w:r>
      <w:r>
        <w:t>es can contribute to building policies that are more trauma-informed and more responsive to the needs of survivors and victims' families, and how shared pain can form a foundation for solidarity and collective healing. This conversation airs on 3 August, c</w:t>
      </w:r>
      <w:r>
        <w:t>oinciding with the anniversary of the genocide against the Yazidis, and as a message of hope that empathy, understanding, and cooperation can bring real change.</w:t>
      </w:r>
    </w:p>
    <w:p w:rsidR="0080769C" w:rsidRDefault="0048637C">
      <w:pPr>
        <w:spacing w:after="120"/>
        <w:jc w:val="both"/>
      </w:pPr>
      <w:r>
        <w:t>Our first guest today is Mrs. Samira Mohammed, one of the mothers of the missing from the Speic</w:t>
      </w:r>
      <w:r>
        <w:t>her massacre, and head of the Women's Department at the Speicher Organization. Also with us is Mrs. Adeeba Murad, a Yazidi survivor and human rights advocate with the Yazidi Survivors Network. Welcome, welcome to you all. Let's begin the interview with you</w:t>
      </w:r>
      <w:r>
        <w:t>r experience with the reparation laws, whether the Speicher Law or the Yazidi Survivors Law. How has this law helped ease or alleviate, even partially, the effects left by ISIS's crimes against you or your families? Let's start with Umm Mustafa.</w:t>
      </w:r>
    </w:p>
    <w:p w:rsidR="0080769C" w:rsidRDefault="0048637C">
      <w:pPr>
        <w:spacing w:before="120" w:after="120"/>
        <w:jc w:val="both"/>
      </w:pPr>
      <w:r>
        <w:rPr>
          <w:rStyle w:val="SpeakerLabel"/>
        </w:rPr>
        <w:t>Umm Mustaf</w:t>
      </w:r>
      <w:r>
        <w:rPr>
          <w:rStyle w:val="SpeakerLabel"/>
        </w:rPr>
        <w:t xml:space="preserve">a: </w:t>
      </w:r>
      <w:r>
        <w:t>As for the law, what we went through is indescribable. We suffered so much. When we approached the institutions, we went to them to file applications; and we returned many times. Whatever the office, they were unresponsive towards us, and our circumstan</w:t>
      </w:r>
      <w:r>
        <w:t>ces are extremely difficult. Our paperwork and identity documents were with our sons. We struggled so much. Back then, to complete the paperwork, we had no proof documents; we had none, and they did not cooperate with us. They didn't help us when we went t</w:t>
      </w:r>
      <w:r>
        <w:t xml:space="preserve">o them; Everyone kept referring us elsewhere, each one passing us on to another. They say: this matter is not our responsibility. They say: it's not our responsibility. Fine, then </w:t>
      </w:r>
      <w:r>
        <w:lastRenderedPageBreak/>
        <w:t>where is that responsibility? They exhausted us, and we are mentally drained</w:t>
      </w:r>
      <w:r>
        <w:t>. They did not help us in our suffering, even though we put great effort into obtaining the documents that were with our sons; we retrieved them with enormous difficulty, and when we go to follow up, and when we go to follow up, they treat us with no care,</w:t>
      </w:r>
      <w:r>
        <w:t xml:space="preserve"> and they stall the process! Postponements! Come back later! And our nerves are worn out. They showed us no leniency; they didn't help us or share our pain. This hurts us deeply. And we suffer from it terribly. We say: Who will look at us? After all this s</w:t>
      </w:r>
      <w:r>
        <w:t>uffering? At least say: this is a woman who lost her son.</w:t>
      </w:r>
    </w:p>
    <w:p w:rsidR="0080769C" w:rsidRDefault="0048637C">
      <w:pPr>
        <w:spacing w:after="120"/>
        <w:jc w:val="both"/>
      </w:pPr>
      <w:r>
        <w:t>At least say she bears the pain, and the wounds that befell our sons. Assist us. Help us. We are exhausted. What we saw of our sons' calamities is enough. Those images, the images that keep circulat</w:t>
      </w:r>
      <w:r>
        <w:t>ing, we no longer have the emotions or the health to bear it, even after everything that happened. We can't take it anymore, and no one responds to us or helps us. That is the least that could be done; the very least.</w:t>
      </w:r>
    </w:p>
    <w:p w:rsidR="0080769C" w:rsidRDefault="0048637C">
      <w:pPr>
        <w:spacing w:before="120" w:after="120"/>
        <w:jc w:val="both"/>
      </w:pPr>
      <w:proofErr w:type="spellStart"/>
      <w:r>
        <w:rPr>
          <w:rStyle w:val="SpeakerLabel"/>
        </w:rPr>
        <w:t>Host</w:t>
      </w:r>
      <w:r>
        <w:rPr>
          <w:rStyle w:val="SpeakerLabel"/>
        </w:rPr>
        <w:t>:</w:t>
      </w:r>
      <w:proofErr w:type="spellEnd"/>
      <w:r>
        <w:rPr>
          <w:rStyle w:val="SpeakerLabel"/>
        </w:rPr>
        <w:t xml:space="preserve"> </w:t>
      </w:r>
      <w:r>
        <w:t>True. Mrs. Adeeba, tell us about</w:t>
      </w:r>
      <w:r>
        <w:t xml:space="preserve"> your experience with the Yazidi Survivors Law.</w:t>
      </w:r>
    </w:p>
    <w:p w:rsidR="0080769C" w:rsidRDefault="0048637C">
      <w:pPr>
        <w:spacing w:before="120" w:after="120"/>
        <w:jc w:val="both"/>
      </w:pPr>
      <w:r>
        <w:rPr>
          <w:rStyle w:val="SpeakerLabel"/>
        </w:rPr>
        <w:t xml:space="preserve">Adeeba Murad: </w:t>
      </w:r>
      <w:r>
        <w:t xml:space="preserve">Thank you for hosting me in this episode. As for the Yazidi Survivors Law, honestly, for me and for all Yazidi survivors and the Yazidi community, it was a very important step, because it's the </w:t>
      </w:r>
      <w:r>
        <w:t>first thing of its kind to happen in Iraq. Honestly, we couldn't believe it, especially that the law bore the name of Yazidi survivors. It's true that compensation will never make up for what we went through or what we were subjected to. Because what we en</w:t>
      </w:r>
      <w:r>
        <w:t xml:space="preserve">dured is far greater than reparations or a monthly salary and so on, or a plot of land. But it was an important step. At least we felt that the state or the government officially acknowledged what we endured, and since this law was issued, which envisages </w:t>
      </w:r>
      <w:r>
        <w:t>several provisions that are honestly very important. These provisions matter. But most of them are still pending implementation. It is very important that these provisions be implemented so that survivors can heal from the pain they went through.</w:t>
      </w:r>
    </w:p>
    <w:p w:rsidR="0080769C" w:rsidRDefault="005C563C">
      <w:pPr>
        <w:spacing w:before="120" w:after="120"/>
        <w:jc w:val="both"/>
      </w:pPr>
      <w:proofErr w:type="spellStart"/>
      <w:r w:rsidRPr="005C563C">
        <w:rPr>
          <w:b/>
          <w:color w:val="17365D" w:themeColor="text2" w:themeShade="BF"/>
        </w:rPr>
        <w:t>Zozan</w:t>
      </w:r>
      <w:proofErr w:type="spellEnd"/>
      <w:r w:rsidRPr="005C563C">
        <w:rPr>
          <w:b/>
          <w:color w:val="17365D" w:themeColor="text2" w:themeShade="BF"/>
        </w:rPr>
        <w:t xml:space="preserve"> Mohammed</w:t>
      </w:r>
      <w:r w:rsidR="0048637C" w:rsidRPr="005C563C">
        <w:rPr>
          <w:rStyle w:val="SpeakerLabel"/>
          <w:color w:val="17365D" w:themeColor="text2" w:themeShade="BF"/>
        </w:rPr>
        <w:t xml:space="preserve">: </w:t>
      </w:r>
      <w:r w:rsidR="0048637C">
        <w:t>Absolutely. We'd like to know about your experience with the application procedures or proving eligibility. What was that like for you? Was the application process easy to complete and accessible? Or were there challenges and difficulties in applying</w:t>
      </w:r>
      <w:r w:rsidR="0048637C">
        <w:t xml:space="preserve"> or even proving eligibility?</w:t>
      </w:r>
    </w:p>
    <w:p w:rsidR="0080769C" w:rsidRDefault="0048637C">
      <w:pPr>
        <w:spacing w:before="120" w:after="120"/>
        <w:jc w:val="both"/>
      </w:pPr>
      <w:r>
        <w:rPr>
          <w:rStyle w:val="SpeakerLabel"/>
        </w:rPr>
        <w:t xml:space="preserve">Umm Mustafa: </w:t>
      </w:r>
      <w:r>
        <w:t>No, as I told you, there was difficulty in submitting the paperwork and in everything; when we went to consult them or get information from them, it's a struggle. Everything is a struggle. That's what we found. As</w:t>
      </w:r>
      <w:r>
        <w:t xml:space="preserve"> I said, they didn't help us or share our pain. We are harmed and in pain, and the least they could do is to restore our dignity before the perpetrators. Those who were never made to face their sentence, those criminals who killed our sons. The death sente</w:t>
      </w:r>
      <w:r>
        <w:t>nce was never carried out against them. The least they could do that would ease our hearts about them — they left us like slaughtered. They left us suffering daily, wondering why hasn't our sons' justice been served? Why? Did our sons die in cold blood for</w:t>
      </w:r>
      <w:r>
        <w:t xml:space="preserve"> nothing? Why are we treated with such disregard? As mothers, our sons are treated as worthless, and that hurts us. This wounds us deeply, it hurts us. Why do the criminals who received death sentences, who were sentenced to death, why is the death sentenc</w:t>
      </w:r>
      <w:r>
        <w:t>e not carried out on them? Why? They are now comfortable in prison! In summer they enjoy air conditioning, and in winter heating, and they live in good health, while we are in pain. Our most basic right, the very least, the least that would ease our hearts</w:t>
      </w:r>
      <w:r>
        <w:t>, is carrying out the execution of the Speicher criminals. That is what we hope for.</w:t>
      </w:r>
    </w:p>
    <w:p w:rsidR="0080769C" w:rsidRDefault="0048637C">
      <w:pPr>
        <w:spacing w:after="120"/>
        <w:jc w:val="both"/>
      </w:pPr>
      <w:r>
        <w:t>A small step that would ease our hearts? That's what we want. And the Iraqi government does not do it, even for the mothers who carry embers in their hearts, who carry emb</w:t>
      </w:r>
      <w:r>
        <w:t>ers in their hearts, so, their pain might ease a little! And honestly, I tell you, maybe when I go there, there is so much I forget to say, unlike at home. Of course, at home, once I've forgotten it there, so many words pour out of me. And we make these ep</w:t>
      </w:r>
      <w:r>
        <w:t>isodes precisely so the voice can be heard. Our sons' cause is something we can't forget. So many mothers have suffered, suffered with anguish. With anguish, they say: We long for the day we see the execution of those who killed our sons, so these hearts c</w:t>
      </w:r>
      <w:r>
        <w:t xml:space="preserve">an find rest. Twelve years have passed, and we are still waiting. So that some of our pain and weariness may ease. We ask why we are now in </w:t>
      </w:r>
      <w:r>
        <w:lastRenderedPageBreak/>
        <w:t>pain and torment, Why are they in prison? Indeed — why are they comfortable in prison, eating and drinking? Maybe th</w:t>
      </w:r>
      <w:r>
        <w:t>ey are quietly released without us knowing. Why? Is our sons' blood so cheap? Does the Iraqi government hold our sons and their mothers in such contempt? Most mothers, so many mothers — I swear to God, one of them, my friend, she is a mother who used to sa</w:t>
      </w:r>
      <w:r>
        <w:t>y: I wish, before I die, to see the criminals who killed our sons, see them before my eyes, so, my heart can rest. And she died without ever seeing that.</w:t>
      </w:r>
    </w:p>
    <w:p w:rsidR="0080769C" w:rsidRDefault="0048637C">
      <w:pPr>
        <w:spacing w:after="120"/>
        <w:jc w:val="both"/>
      </w:pPr>
      <w:r>
        <w:t xml:space="preserve">I swear to God. May God rest her soul. This is what the government does. Never grants us, never says: </w:t>
      </w:r>
      <w:r>
        <w:t>Let me ease the mothers' hearts, even just this much. Why? I say: Why are our sons' blood treated so lightly? Our sons' blood? And why are we treated with underestimation? We the mothers, fathers, and sisters? Why? Our sons? Our sons in the Speicher Massac</w:t>
      </w:r>
      <w:r>
        <w:t>re — It is so painful, so painful; no matter what I say, it is not enough. By God, it is little, too little, for what they deserve.</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Of course, Umm Mustafa. We discuss this today to shed more light on the difficulties and challenges present in both la</w:t>
      </w:r>
      <w:r w:rsidR="0048637C">
        <w:t>ws. Moving to the Yazidi Survivors Law, Mrs. Adeeba, how do you see the application procedures or proving entitlements? How were they for you?</w:t>
      </w:r>
    </w:p>
    <w:p w:rsidR="0080769C" w:rsidRDefault="0048637C">
      <w:pPr>
        <w:spacing w:before="120" w:after="120"/>
        <w:jc w:val="both"/>
      </w:pPr>
      <w:r>
        <w:rPr>
          <w:rStyle w:val="SpeakerLabel"/>
        </w:rPr>
        <w:t xml:space="preserve">Adeeba Murad: </w:t>
      </w:r>
      <w:r>
        <w:t>In the beginning, honestly, it was difficult to submit applications or complete the procedures, bec</w:t>
      </w:r>
      <w:r>
        <w:t>ause this was the first law of its kind, issued for the first time — a law like this in Iraq — especially the General Directorate for Survivors' Affairs. It had a very small staff, and even the staff at the Directorate were not its official employees; each</w:t>
      </w:r>
      <w:r>
        <w:t xml:space="preserve"> one came from a different agency. But the difficulty we noticed was that there was no clarity in the procedures at first. We would go to ask for a letter from the Investigation and Evidence Collection Authority in Duhok (CIGE), then go to get it. They ask</w:t>
      </w:r>
      <w:r>
        <w:t xml:space="preserve"> us to bring a document from the office of Abductees' Affairs. We wore ourselves out gathering our own evidence. And I personally spent five years in captivity. That was in my testimony, and everything is on record, I proved I endured five years of captivi</w:t>
      </w:r>
      <w:r>
        <w:t>ty, and even so the procedures were difficult, and we were required to gather more evidence. But despite this difficulty, it gave us hope of obtaining our rights. And the thing that most exhausted me personally was giving my testimony, the court testimony.</w:t>
      </w:r>
      <w:r>
        <w:t xml:space="preserve"> I haven't spoken about this only once or twice, because at first I gave my testimony before the court, and it is my right to name the criminals who assaulted me and assaulted every survivor, every Yazidi mother, and others.</w:t>
      </w:r>
    </w:p>
    <w:p w:rsidR="0080769C" w:rsidRDefault="0048637C">
      <w:pPr>
        <w:spacing w:after="120"/>
        <w:jc w:val="both"/>
      </w:pPr>
      <w:r>
        <w:t>When I gave it, they didn't wan</w:t>
      </w:r>
      <w:r>
        <w:t>t to accept that testimony, because I named them. But I did not back down on this. I personally gave up the salary, but I did not give up holding accountable the criminals who assaulted us. Later, the Survivors' Directorate (GDSA) director Mrs. Sarab Elias</w:t>
      </w:r>
      <w:r>
        <w:t>, resolved this issue. And I personally completed all the procedures and even received the salary, or the rights envisaged in the Survivors Law. In the beginning there were, honestly, difficulties because there was no clarity in the procedures. But thank G</w:t>
      </w:r>
      <w:r>
        <w:t>od, we didn't back down or give up until we completed these procedures and obtained our rights.</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Very good. I have a question: How helpful were the agencies implementing these two laws? Or was there any other party that helped you during the applicati</w:t>
      </w:r>
      <w:r w:rsidR="0048637C">
        <w:t xml:space="preserve">on process? You mentioned that the Survivors' Directorate was there and helped you with this? And regarding the Martyrs Foundation, Umm Mustafa, how did it help you during the application procedures, or even the information updates currently underway? Did </w:t>
      </w:r>
      <w:r w:rsidR="0048637C">
        <w:t>information reach you or not? Submitting the application —</w:t>
      </w:r>
    </w:p>
    <w:p w:rsidR="0080769C" w:rsidRDefault="0048637C">
      <w:pPr>
        <w:spacing w:before="120" w:after="120"/>
        <w:jc w:val="both"/>
      </w:pPr>
      <w:r>
        <w:rPr>
          <w:rStyle w:val="SpeakerLabel"/>
        </w:rPr>
        <w:t xml:space="preserve">Umm Mustafa: </w:t>
      </w:r>
      <w:r>
        <w:t>As I told you, we suffered greatly over the paperwork. We struggle with it a lot, as with government agencies or institutions; any paperwork we pursue, we suffer greatly — nothing come</w:t>
      </w:r>
      <w:r>
        <w:t>s easy. We wear ourselves out, and the Foundation doesn't give us information directly. Instead, it is shared through social media. And there are mothers who can't follow that. Those never learn of the information. My dear, the Martyrs Foundation is suppos</w:t>
      </w:r>
      <w:r>
        <w:t>ed to contact us and provide us with information, and update us especially about what's happening with the applications, but that doesn't happen. When we go to inquire, when we hear that related matters were issued for the martyrs, for example, or about th</w:t>
      </w:r>
      <w:r>
        <w:t>e martyrs' housing, for example, or about the cash allowance, and they tell us that doesn't exist. And: You didn't publish this! No, there’s no such thing. Fine, where do we go then? Where do we go? You publish this, but it doesn't exist in reality — there</w:t>
      </w:r>
      <w:r>
        <w:t xml:space="preserve">'s no budget. They said there's nothing. This is exhausting for </w:t>
      </w:r>
      <w:r>
        <w:lastRenderedPageBreak/>
        <w:t>us. For example, the matter of the Hajj pilgrimage. We go to apply, and they say: No, your age doesn’t qualify you. Like this? Is that fair? Why? And why do you publish age ranges that apply t</w:t>
      </w:r>
      <w:r>
        <w:t>o someone my age? Why?</w:t>
      </w:r>
    </w:p>
    <w:p w:rsidR="0080769C" w:rsidRDefault="0048637C">
      <w:pPr>
        <w:spacing w:after="120"/>
        <w:jc w:val="both"/>
      </w:pPr>
      <w:r>
        <w:t>And when we go and inquire and when we tell them they reply saying that this thing doesn't exist, that there's no such thing — no application ever goes through easily, only with hardship, and they don't respond to us. The bare minimu</w:t>
      </w:r>
      <w:r>
        <w:t>m now — for us, for example, the cash allowance doesn't exist, for example; and now no plot of land, no salary bonuses, and there are many more rights and reparations we never received, or only half, we can say. This is what we call it. Refusal to cooperat</w:t>
      </w:r>
      <w:r>
        <w:t>e with us. Why is this not our right? Isn't this the martyrs’ right? And none of this compensates. Nothing makes up for our son who is gone. Certainly, what we went through, all of us, no compensation can make up for it, nor bring back our son who is gone.</w:t>
      </w:r>
      <w:r>
        <w:t xml:space="preserve"> And these mothers — one of them is elderly and can't walk, she has no one, no one to support her and take her to do the paperwork. So how can she go? The Foundation sees her coming, walking with difficulty, some even on a cane. I saw with my own eyes, wha</w:t>
      </w:r>
      <w:r>
        <w:t>t they tell her: Hajjia, go, there's nothing here. And why? I sometimes told them: she is an elderly woman, who lost her son; some lost three, or two. The least that can be said to her is: "Please, sit down and relax." I saw myself, by God, I... I'm not li</w:t>
      </w:r>
      <w:r>
        <w:t>ke her; I can come and go. But with effort and difficulty.</w:t>
      </w:r>
    </w:p>
    <w:p w:rsidR="0080769C" w:rsidRDefault="0048637C">
      <w:pPr>
        <w:spacing w:after="120"/>
        <w:jc w:val="both"/>
      </w:pPr>
      <w:r>
        <w:t xml:space="preserve">So how must it be for this elderly, aged woman? I tell them: Why this treatment of this elderly woman and of the Speicher families? We have martyrs, and we are grieving. You are supposed to </w:t>
      </w:r>
      <w:r>
        <w:t xml:space="preserve">receive us with care and put her at ease, and consider it. It's as if we come on an errand. Straight from our hearts, we don't come to you to be told: There's nothing. While we see it on social media. You say, the cash allowance, for example, for property </w:t>
      </w:r>
      <w:r>
        <w:t>is 30% of the amount, it doesn't exist. Fine, how do you post on social media saying that there is this and there is that, and when we come to you, you say there's nothing. That news isn't true. Fine, how? Do you just publish whatever you want? Or do you l</w:t>
      </w:r>
      <w:r>
        <w:t>et the weary mothers come, only to be worn out further? She is already exhausted, her son is gone; she comes, and you exhaust her and say there is nothing. This is what troubles us and what we suffer from.</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 xml:space="preserve">Speaking of the reparations and benefits in </w:t>
      </w:r>
      <w:r w:rsidR="0048637C">
        <w:t>the Speicher Law or the Yazidi Survivors Law, what reparations are you currently receiving? And do you have sufficient information about all the benefits in the two laws? Let's start with Mrs. Adeeba.</w:t>
      </w:r>
    </w:p>
    <w:p w:rsidR="0080769C" w:rsidRDefault="0048637C">
      <w:pPr>
        <w:spacing w:before="120" w:after="120"/>
        <w:jc w:val="both"/>
      </w:pPr>
      <w:r>
        <w:rPr>
          <w:rStyle w:val="SpeakerLabel"/>
        </w:rPr>
        <w:t xml:space="preserve">Adeeba Murad: </w:t>
      </w:r>
      <w:r>
        <w:t xml:space="preserve">As for the benefits we currently receive </w:t>
      </w:r>
      <w:r>
        <w:t>from the Yazidi Survivors Law, it is the salary. But not all survivors receive it, especially survivors living outside Iraq. Yazidi survivors are honestly, in several countries abroad, some in Canada, Australia, France, Germany, and elsewhere. They can't c</w:t>
      </w:r>
      <w:r>
        <w:t>ome to Iraq and complete the procedures to obtain their rights. We hope the government and the organizations will facilitate this matter, so that if they can't come to Iraq to complete procedures, a solution is found for them so that this issue is addresse</w:t>
      </w:r>
      <w:r>
        <w:t>d. As far as I know, in Germany, work is underway on this, but not in every country. The benefits are the salary, plus the second provision concerning the distribution of plots of land to survivors- and I am one of them- honestly, I received my plot of lan</w:t>
      </w:r>
      <w:r>
        <w:t>d, but the implementation of this provision is very slow, because it is not enough. I have now received my plot, while hundreds of survivors are still waiting. Sometimes we even wonder what is happening to us? Should we not believe it? Sometimes they think</w:t>
      </w:r>
      <w:r>
        <w:t xml:space="preserve"> maybe this batch got something, who knows, in Iraq. Maybe the others will never receive it. We hope, the implementation of this land provision speeds up, and that all survivors receive it, because waiting is very hard. I feel the suffering of every surviv</w:t>
      </w:r>
      <w:r>
        <w:t>or is still waiting.</w:t>
      </w:r>
    </w:p>
    <w:p w:rsidR="0080769C" w:rsidRDefault="0048637C">
      <w:pPr>
        <w:spacing w:after="120"/>
        <w:jc w:val="both"/>
      </w:pPr>
      <w:r>
        <w:t>There are several very important provisions, but they are slow to implement them — such as recovery, such as rehabilitation, and such as psychological support. Many survivors need this must be covered through Survivors Law, because the</w:t>
      </w:r>
      <w:r>
        <w:t xml:space="preserve"> most important thing for survivors' recovery is the Survivors Law, because everything Yazidi survivors and the other survivors covered by the law need is contained in the Survivors Law. So, our full attention must center on getting the government to focus</w:t>
      </w:r>
      <w:r>
        <w:t xml:space="preserve"> on this law so that survivors can heal. Because every delay in any provision, every delay in anything left unimplemented in this law, throws the survivor back into the same tragedy and the same pain. We appeal to the Iraqi </w:t>
      </w:r>
      <w:r>
        <w:lastRenderedPageBreak/>
        <w:t>government, we appeal to the oth</w:t>
      </w:r>
      <w:r>
        <w:t>er parties who can help the Iraqi government or contribute in any way, so this law is implemented as soon as possible. We would be grateful, and God willing, every survivor who has endured anything will get her rights and receive what she deserves.</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W</w:t>
      </w:r>
      <w:r w:rsidR="0048637C">
        <w:t>e certainly hope so. Umm Mustafa, regarding the reparations or benefits, as we said, what reparations or benefits are you currently receiving? And do you have sufficient information about all the benefits in the Speicher Law?</w:t>
      </w:r>
    </w:p>
    <w:p w:rsidR="0080769C" w:rsidRDefault="0048637C">
      <w:pPr>
        <w:spacing w:before="120" w:after="120"/>
        <w:jc w:val="both"/>
      </w:pPr>
      <w:r>
        <w:rPr>
          <w:rStyle w:val="SpeakerLabel"/>
        </w:rPr>
        <w:t xml:space="preserve">Umm Mustafa: </w:t>
      </w:r>
      <w:r>
        <w:t>Regarding reparat</w:t>
      </w:r>
      <w:r>
        <w:t>ions and what relates to them, we only receive the salary. And as I told you, the salary is divided, between the mother, father, wife, and children. Divided. As for the rest of the reparations, such as the cash allowance and salary bonuses, and the plot of</w:t>
      </w:r>
      <w:r>
        <w:t xml:space="preserve"> land, all of that is stalled and not yet provided to us, and no one answers us. They don't respond. Some received it and some didn't, and we don't know what the procedures are for this matter. Fine — the salary is divided. Is it enough to live on? For bas</w:t>
      </w:r>
      <w:r>
        <w:t>ic needs? I'm one of those whose salary is divided and I pay rent. I pay rent. Rent, expenses, and many costs like doctors, medicines, so many things we go through — trauma. And all of that: treatment and money. Is the salary enough? And the reparations do</w:t>
      </w:r>
      <w:r>
        <w:t>n't exist. The reparations don't exist.</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Umm Mustafa, in your view, what are the strengths of the Speicher Law? And what things need improvement? What do you see as still unimplemented or missing, that needs to be added to the law — What do you see as</w:t>
      </w:r>
      <w:r w:rsidR="0048637C">
        <w:t xml:space="preserve"> the strengths, positives, and negatives?</w:t>
      </w:r>
    </w:p>
    <w:p w:rsidR="0080769C" w:rsidRDefault="0048637C">
      <w:pPr>
        <w:spacing w:before="120" w:after="120"/>
        <w:jc w:val="both"/>
      </w:pPr>
      <w:r>
        <w:rPr>
          <w:rStyle w:val="SpeakerLabel"/>
        </w:rPr>
        <w:t xml:space="preserve">Umm Mustafa: </w:t>
      </w:r>
      <w:r>
        <w:t>The first thing is what's unimplemented — and I keep telling you it’s unimplemented — The executions remain pending. Those criminals who killed our sons — this remains unimplemented to this day. And as</w:t>
      </w:r>
      <w:r>
        <w:t xml:space="preserve"> I said, the reparations are unimplemented. And the crucial salary bonuses are unimplemented. Many provisions are unimplemented.</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If we move to the Survivors Law, how do you see it? The strengths and positives, and at the same time, what points need i</w:t>
      </w:r>
      <w:r w:rsidR="0048637C">
        <w:t>mprovement?</w:t>
      </w:r>
    </w:p>
    <w:p w:rsidR="0080769C" w:rsidRDefault="0048637C">
      <w:pPr>
        <w:spacing w:before="120" w:after="120"/>
        <w:jc w:val="both"/>
      </w:pPr>
      <w:r>
        <w:rPr>
          <w:rStyle w:val="SpeakerLabel"/>
        </w:rPr>
        <w:t xml:space="preserve">Adeeba Murad: </w:t>
      </w:r>
      <w:r>
        <w:t>Yes. The strength of the law, honestly, is that it was issued on its own, and that is its point of strength. Because through this law, honestly, we felt seen, we felt that the government or the state sensed what we had endured. Th</w:t>
      </w:r>
      <w:r>
        <w:t>is is one of the strongest points, honestly, for me and for every Yazidi survivor. And the most important point of strength, honestly, is that we obtain things — our rights — through this law. True. What we endured, the reparations and such things can't ma</w:t>
      </w:r>
      <w:r>
        <w:t>ke up for it. But this is the right anyone — any survivor, any human being who endured that — it is their right, and God willing, through this law they will get it. As for the challenges, or the thing we notice that the implementation is slow, or the start</w:t>
      </w:r>
      <w:r>
        <w:t xml:space="preserve"> was late for this is what causes deep concern: the slowness of implementation. Implementing this law, which includes several provisions, for example, there are thousands of Yazidi women survivors whose fate is unknown. Where are they? There must be a comm</w:t>
      </w:r>
      <w:r>
        <w:t>ittee — it is in the law. That is one of the provisions. But there is nothing. On the ground, considering what is required, there is nothing. What is required includes several provisions that are honestly very important in this law, but their implementatio</w:t>
      </w:r>
      <w:r>
        <w:t>n is very slow — even just starting with these very important provisions.</w:t>
      </w:r>
    </w:p>
    <w:p w:rsidR="0080769C" w:rsidRDefault="0048637C">
      <w:pPr>
        <w:spacing w:after="120"/>
        <w:jc w:val="both"/>
      </w:pPr>
      <w:r>
        <w:t>So this is what we honestly hope for: We hope they accelerate the implementation of every provision envisaged in this law, so that survivors can heal from the pain they live with. So</w:t>
      </w:r>
      <w:r>
        <w:t xml:space="preserve"> that their families can heal.</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True. After the Yazidi genocide and the Speicher Massacre occurred, trials of the criminals took place inside and outside Iraq. My question here: Did you take part in the trial of any of the criminals, or do you know pe</w:t>
      </w:r>
      <w:r w:rsidR="0048637C">
        <w:t>ople who took part in these trials, or not?</w:t>
      </w:r>
    </w:p>
    <w:p w:rsidR="0080769C" w:rsidRDefault="0048637C">
      <w:pPr>
        <w:spacing w:before="120" w:after="120"/>
        <w:jc w:val="both"/>
      </w:pPr>
      <w:r>
        <w:rPr>
          <w:rStyle w:val="SpeakerLabel"/>
        </w:rPr>
        <w:t xml:space="preserve">Umm Mustafa: </w:t>
      </w:r>
      <w:r>
        <w:t>Of course. At the beginning, there were trials for the criminals, and we went and confronted them. In court, we confronted them, and they were convicted. But after that, the sentences were not carrie</w:t>
      </w:r>
      <w:r>
        <w:t xml:space="preserve">d out. As I said: the executions. We rejoiced at that time, the time we were sitting there. </w:t>
      </w:r>
      <w:r>
        <w:lastRenderedPageBreak/>
        <w:t>They were held accountable for the crimes they committed. Criminals who killed our sons were sentenced to death. We felt some joy — how could we not? We felt that o</w:t>
      </w:r>
      <w:r>
        <w:t>ur rights and our sons' rights were taken in that period and we are still waiting. We are still waiting. Where are those sentenced to death before our eyes? They wanted to appease us by holding them accountable before our very eyes at the beginning — and w</w:t>
      </w:r>
      <w:r>
        <w:t>e are still waiting. We always ask. We filed many complaints and gave them evidence. We gave them extensive evidence of individuals. No one brought them in; no one holds them accountable. After those first ones; they didn't bring other ones. Nor set them a</w:t>
      </w:r>
      <w:r>
        <w:t>ccountable — except the first ones. And for those who are abroad some of our sons' killers are abroad, and they know them. They know them; it is not a secret. People from our Speicher families gave them evidence. Including where the criminal lives — they g</w:t>
      </w:r>
      <w:r>
        <w:t>ave them the address. They even gave them the address. And told them “This is the place.” Nothing. It didn’t happen.</w:t>
      </w:r>
    </w:p>
    <w:p w:rsidR="0080769C" w:rsidRDefault="0048637C">
      <w:pPr>
        <w:spacing w:after="120"/>
        <w:jc w:val="both"/>
      </w:pPr>
      <w:r>
        <w:t>And we don't know why. What are the reasons? As I told you, this pains us. To this day we keep demanding, all of us. We the Speicher famili</w:t>
      </w:r>
      <w:r>
        <w:t>es, mothers, fathers — all of us stand at the front of this cause and carry it. We want to see those who killed our sons; we want to see them executed before our eyes. If only. If only this wish would come true.</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Umm Mustafa, what does justice mean to</w:t>
      </w:r>
      <w:r w:rsidR="0048637C">
        <w:t xml:space="preserve"> you? And what do you hope for, so that accountability is achieved against the criminals in Iraq?</w:t>
      </w:r>
    </w:p>
    <w:p w:rsidR="0080769C" w:rsidRDefault="0048637C">
      <w:pPr>
        <w:spacing w:before="120" w:after="120"/>
        <w:jc w:val="both"/>
      </w:pPr>
      <w:r>
        <w:rPr>
          <w:rStyle w:val="SpeakerLabel"/>
        </w:rPr>
        <w:t xml:space="preserve">Umm Mustafa: </w:t>
      </w:r>
      <w:r>
        <w:t>They can hold them accountable. If only they would hold the trial. If only they would hold the trial with us mothers present. If only. And before</w:t>
      </w:r>
      <w:r>
        <w:t xml:space="preserve"> our eyes, hold them to account — and I would be among those people. And many mothers say this, we say these words: If only we could hold them to account in front of us, with us. If only, if only they would do this for us and ease our hearts, bring them pe</w:t>
      </w:r>
      <w:r>
        <w:t xml:space="preserve">ace. Then this ember would be drawn out of our hearts a little. What can we do? I ask you: Until when? Until when? This is never carried out? Why? Are they not considered criminals? Did they not kill our sons? How many? Weren't they 1,700 people?! Why, to </w:t>
      </w:r>
      <w:r>
        <w:t>this day, do they remain free while our sons lie in the grave? And the mothers in grief. I want to know why. Certainly, we are waiting; we are grieving, my dear; we are grieving. I have become strong and silent talking to you; I swear I've forgotten all th</w:t>
      </w:r>
      <w:r>
        <w:t>e words. I swear when I remember my son and what I went through, Maybe I'd tell you there are so many words flooding out of me — certainly, as much as the pain I carry. I can't speak, my dear. This is what we hope for, This is what we hope for. As for repa</w:t>
      </w:r>
      <w:r>
        <w:t>rations — I leave that to God. If they come, they come. Due course, fine. But we want the criminals to stand trial. Certainly, that is the very least, the very least.</w:t>
      </w:r>
    </w:p>
    <w:p w:rsidR="0080769C" w:rsidRDefault="0048637C">
      <w:pPr>
        <w:spacing w:after="120"/>
        <w:jc w:val="both"/>
      </w:pPr>
      <w:r>
        <w:t>What gives our hearts no rest is this. We are with you, God willing, so we can convey — G</w:t>
      </w:r>
      <w:r>
        <w:t>od willing. We want you to carry out our concerns; deliver this message on our behalf. Certainly, because we came from Baghdad. From Baghdad to here, and it is a difficult journey. Certainly, and we bear this challenge. Deliver this message for us. We want</w:t>
      </w:r>
      <w:r>
        <w:t xml:space="preserve"> justice: the execution of our sons' killers. They must not be released. They might get released. Something happens among us: our sons' killers sit comfortably in prison, then are released. Are they set free? Where is justice? Where is justice? This is our</w:t>
      </w:r>
      <w:r>
        <w:t xml:space="preserve"> right. We will not stay silent about this. We will not stay silent. If the criminals who killed our sons sit comfortably in prison and in the end are released; this is not possible—</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 xml:space="preserve">Mrs. Adeeba, as we know, there are trials of the </w:t>
      </w:r>
      <w:r w:rsidR="0048637C">
        <w:t>criminals, of ISIS, taking place inside and outside Iraq, So, the same question to you: did you attend the trials? Or have you heard of other survivors who attended? Please tell us about this.</w:t>
      </w:r>
    </w:p>
    <w:p w:rsidR="0080769C" w:rsidRDefault="0048637C">
      <w:pPr>
        <w:spacing w:before="120" w:after="120"/>
        <w:jc w:val="both"/>
      </w:pPr>
      <w:r>
        <w:rPr>
          <w:rStyle w:val="SpeakerLabel"/>
        </w:rPr>
        <w:t xml:space="preserve">Adeeba Murad: </w:t>
      </w:r>
      <w:r>
        <w:t xml:space="preserve">Yes. Honestly, this is one of the most important </w:t>
      </w:r>
      <w:r>
        <w:t>points for me personally, and for every survivor. Because this is one of the most important points for achieving justice, and for us to feel we reached our rights and justice were served. It's true that trials take place, but... In Iraq, I don't consider t</w:t>
      </w:r>
      <w:r>
        <w:t>hem to have happened sufficiently. One or two trials took place; I don't consider that enough. But in a few countries they did take place, like France and Germany. Several trials were held. And I personally did not attend anyone, but I am ready to do so. A</w:t>
      </w:r>
      <w:r>
        <w:t>nd this — How? Why was there none? But I'm ready to do this. No matter the cost. Because it is my right and the right of every survivor. In Iraq, honestly, I don't see this happening. Why? Because the evidence exists, and every survivor who went and applie</w:t>
      </w:r>
      <w:r>
        <w:t xml:space="preserve">d under </w:t>
      </w:r>
      <w:r>
        <w:lastRenderedPageBreak/>
        <w:t>the Survivors Law gave her testimony before the court and named the criminals. So why doesn't Iraq conduct the trials? But what has Iraq done? What Iraq did was try to apply the general amnesty. What? We fought against this. But what was their answ</w:t>
      </w:r>
      <w:r>
        <w:t>er? That they are not ISIS members. How will they know they are ISIS? If there are no courts and evidence is not used, how will they know? This? Honestly, I don't see it at all. It doesn't happen.</w:t>
      </w:r>
    </w:p>
    <w:p w:rsidR="0080769C" w:rsidRDefault="0048637C">
      <w:pPr>
        <w:spacing w:after="120"/>
        <w:jc w:val="both"/>
      </w:pPr>
      <w:r>
        <w:t>I hope for and demand from the Iraqi government and other p</w:t>
      </w:r>
      <w:r>
        <w:t>arties to make this happen. Because it is our right, and this is what is called justice. If we see that, and the criminals are brought to justice, we will feel that justice has been achieved. But without this, no. I will never consider justice achieved. Th</w:t>
      </w:r>
      <w:r>
        <w:t>is is one of the key provisions of the Yazidi Survivors Law.</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Thank you. If you had the chance to meet decision-makers in Iraq, what? How? Would you make your voice heard? What would you say? What is your biggest demand? And how would you deliver your</w:t>
      </w:r>
      <w:r w:rsidR="0048637C">
        <w:t xml:space="preserve"> message and the message of every Yazidi survivor?</w:t>
      </w:r>
    </w:p>
    <w:p w:rsidR="0080769C" w:rsidRDefault="0048637C">
      <w:pPr>
        <w:spacing w:before="120" w:after="120"/>
        <w:jc w:val="both"/>
      </w:pPr>
      <w:r>
        <w:rPr>
          <w:rStyle w:val="SpeakerLabel"/>
        </w:rPr>
        <w:t xml:space="preserve">Adeeba Murad: </w:t>
      </w:r>
      <w:r>
        <w:t xml:space="preserve">Yes. The first thing I would tell Enough with the promises you never keep to the survivors. Only false promises. Honestly, what I would say is: implement what you say. Implement it. The most </w:t>
      </w:r>
      <w:r>
        <w:t>important thing survivors need to heal, that their families need, is the trial of the criminals. Honestly, the provisions in the Survivors Law — the committee to search for the missing ones, our children and our brothers whose fate is unknown. That is what</w:t>
      </w:r>
      <w:r>
        <w:t xml:space="preserve"> I would say. Enough, enough — Twelve years have passed. Enough. How long will we suffer? How long? We see every day as if the genocide has begun all over again. We are approaching 3 August. Every anniversary feels like the first day, as if 12 years never </w:t>
      </w:r>
      <w:r>
        <w:t>passed. Why? Because we haven't healed — because of the state we live in, because of our rights that we never receive, because of the things we need But never see. Until when?</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True. The same question, Umm Mustafa. What message would you deliver to de</w:t>
      </w:r>
      <w:r w:rsidR="0048637C">
        <w:t>cision-makers on your behalf and on behalf of all mothers of the missing and the martyrs? What is your greatest demand?</w:t>
      </w:r>
    </w:p>
    <w:p w:rsidR="0080769C" w:rsidRDefault="0048637C">
      <w:pPr>
        <w:spacing w:before="120" w:after="120"/>
        <w:jc w:val="both"/>
      </w:pPr>
      <w:r>
        <w:rPr>
          <w:rStyle w:val="SpeakerLabel"/>
        </w:rPr>
        <w:t xml:space="preserve">Umm Mustafa: </w:t>
      </w:r>
      <w:r>
        <w:t>We demand. Our message and our demand is that we demand the remains, we demand our sons. If they are alive, If they are ali</w:t>
      </w:r>
      <w:r>
        <w:t>ve, we want them. And if they were martyred, we want their remains. Don't leave us like this. Don't leave us lost, wondering where are they? We don't know their fate. We — They handle this through the Forensic Medicine Department. Always — every four years</w:t>
      </w:r>
      <w:r>
        <w:t>, every three years, they find remains, 20 or 30 or 40 at a time, and they reopen the wounds. They renew the grief. The martyrs' families live in waiting and fear. Why? We tell them: why are the remains handled like this? Every so often you give us 20 or 3</w:t>
      </w:r>
      <w:r>
        <w:t>0? Why? And the tragedy renews itself, and the household falls back into gloom and mourning and all of that; We witnessed it at the beginning. We witnessed that same state, they bring back upon us what we dread; we fear the remains. We fear the day they ha</w:t>
      </w:r>
      <w:r>
        <w:t>nd us the remains. And the same tragedy repeats. Well, why don't you finish this process? Give us — give every family their own remains. We'll do the testing. And whatever is needed. Give us all the remains and end this, so we can rest. Well, I am one of t</w:t>
      </w:r>
      <w:r>
        <w:t>hose who have no remains. I have none. They gave me no remains, and I don't know if my son is alive. Nor gave me remains so I could say: yes, by God, I got the remains with the proof. I want that.</w:t>
      </w:r>
    </w:p>
    <w:p w:rsidR="0080769C" w:rsidRDefault="0048637C">
      <w:pPr>
        <w:spacing w:after="120"/>
        <w:jc w:val="both"/>
      </w:pPr>
      <w:r>
        <w:t>I don't want them to just hand me some bones. I want the pr</w:t>
      </w:r>
      <w:r>
        <w:t xml:space="preserve">oof. Fine. If I have no remains — then where do I go? To find some peace, for example — if I had the remains, I would go to where he rests, go to his place, weep at his grave, speak to him — there would be a place for him. He would be there. I'd find some </w:t>
      </w:r>
      <w:r>
        <w:t>comfort. I don't know where his place is. They left us nothing. This matter — our worries are never quiet, in anything. They gave us no relief in anything. No remains to bring peace, and no one told us: some are alive — and told us about them. In everythin</w:t>
      </w:r>
      <w:r>
        <w:t>g, everything, they gave us no relief and answered us in nothing. And for us, our torment is that we demand the remains. Yes — every time we ask them: why? And where are the remains? I don't know what's going on. Why is it like this? Every year a family is</w:t>
      </w:r>
      <w:r>
        <w:t xml:space="preserve"> given a part, stirred up, and you come back to renew our tragedy. They say: There's nothing. There's no budget. Even to run the necessary testing procedures. Well, why is there no budget? Why?</w:t>
      </w:r>
    </w:p>
    <w:p w:rsidR="0080769C" w:rsidRDefault="005C563C">
      <w:pPr>
        <w:spacing w:before="120" w:after="120"/>
        <w:jc w:val="both"/>
      </w:pPr>
      <w:proofErr w:type="spellStart"/>
      <w:r>
        <w:rPr>
          <w:b/>
        </w:rPr>
        <w:lastRenderedPageBreak/>
        <w:t>Zozan</w:t>
      </w:r>
      <w:proofErr w:type="spellEnd"/>
      <w:r>
        <w:rPr>
          <w:b/>
        </w:rPr>
        <w:t xml:space="preserve"> Mohammed</w:t>
      </w:r>
      <w:r w:rsidR="0048637C">
        <w:rPr>
          <w:rStyle w:val="SpeakerLabel"/>
        </w:rPr>
        <w:t xml:space="preserve">: </w:t>
      </w:r>
      <w:r w:rsidR="0048637C">
        <w:t>Well, if we turn to the psychological side — although in</w:t>
      </w:r>
      <w:r w:rsidR="0048637C">
        <w:t xml:space="preserve"> answering the other questions you touched on this more than once. Psychologically, how do you cope with this, especially the pain of loss, or even the violence that took place, while you are still not certain of the loss, or accountability still hasn't ha</w:t>
      </w:r>
      <w:r w:rsidR="0048637C">
        <w:t>ppened? How do you cope with the psychological side? And what support do you need most?</w:t>
      </w:r>
    </w:p>
    <w:p w:rsidR="0080769C" w:rsidRDefault="0048637C">
      <w:pPr>
        <w:spacing w:before="120" w:after="120"/>
        <w:jc w:val="both"/>
      </w:pPr>
      <w:r>
        <w:rPr>
          <w:rStyle w:val="SpeakerLabel"/>
        </w:rPr>
        <w:t xml:space="preserve">Umm Mustafa: </w:t>
      </w:r>
      <w:r>
        <w:t xml:space="preserve">Psychological support. As I told you, we are in deep pain — we, Me and all the other mothers. We are given no remains so we can rest, nor do we know where </w:t>
      </w:r>
      <w:r>
        <w:t>our sons are so we can rest. Our eyes have always been on the door since they were lost — from the day they were lost Until now, our eyes are on the door. Why? Because there is nothing clear for us the fate of our sons. We are lost. Sometimes an unknown nu</w:t>
      </w:r>
      <w:r>
        <w:t>mber calls me, and I can't even change my number, because someone might lose track of it, and I try to keep it because I say: maybe one day my son will reach out to this number. That is the hope. This is our psychological and physical state. We suffer grea</w:t>
      </w:r>
      <w:r>
        <w:t>tly over this. They can't manage to do a single thing to ease the mothers. The Iraqi government is capable of everything, capable of everything. So why this neglect of this matter? Why? Why this disregard for our sons? Why this disregard for the mothers an</w:t>
      </w:r>
      <w:r>
        <w:t>d fathers? Why?? Why? What do we mean to them?? What do we represent to them? Our mental state is deeply exhausted. At the very Least, I am tense all the time, 24 hours a day. I am tense. If I want to hold myself in, if I want to hold myself in, I endure t</w:t>
      </w:r>
      <w:r>
        <w:t>o be strong. I restrain myself so I don't break down. It's constant. The agitation never leaves me. Because my son's and his fate can never be erased from my mind. Truly.</w:t>
      </w:r>
    </w:p>
    <w:p w:rsidR="0080769C" w:rsidRDefault="0048637C">
      <w:pPr>
        <w:spacing w:after="120"/>
        <w:jc w:val="both"/>
      </w:pPr>
      <w:r>
        <w:t>Truly, this is not just talk. Impossible to erase from our minds. When I eat, he is w</w:t>
      </w:r>
      <w:r>
        <w:t>ith me; when I drink, he is with us. Sometimes I laugh — I swear to God, when I laugh a little, suddenly I go quiet and say: how can I laugh when my son is gone? Why is this happening to us? Me — then I told myself: My son is gone, and everything went with</w:t>
      </w:r>
      <w:r>
        <w:t xml:space="preserve"> him; the world went dark. The world went dark in my eyes. God is my witness, no matter what I say, it is not enough. I am strong; I bear the situation I am in. Waiting and holding on to hope.</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Certainly, nothing more than this. This has not been — it</w:t>
      </w:r>
      <w:r w:rsidR="0048637C">
        <w:t xml:space="preserve"> has not been easy for you. And we certainly understand this well. And God willing, it will come: accountability, and justice served, so your heart can find peace — and every mother who lost her son.</w:t>
      </w:r>
    </w:p>
    <w:p w:rsidR="0080769C" w:rsidRDefault="0048637C">
      <w:pPr>
        <w:spacing w:before="120" w:after="120"/>
        <w:jc w:val="both"/>
      </w:pPr>
      <w:r>
        <w:rPr>
          <w:rStyle w:val="SpeakerLabel"/>
        </w:rPr>
        <w:t xml:space="preserve">Umm Mustafa: </w:t>
      </w:r>
      <w:r>
        <w:t>God willing. And we will keep demanding thi</w:t>
      </w:r>
      <w:r>
        <w:t>s until we die. This is what we demand.</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Mrs. Adeeba, the same question. Tell us about the psychological side of this, And what support do you need?</w:t>
      </w:r>
    </w:p>
    <w:p w:rsidR="0080769C" w:rsidRDefault="0048637C">
      <w:pPr>
        <w:spacing w:before="120" w:after="120"/>
        <w:jc w:val="both"/>
      </w:pPr>
      <w:r>
        <w:rPr>
          <w:rStyle w:val="SpeakerLabel"/>
        </w:rPr>
        <w:t xml:space="preserve">Adeeba Murad: </w:t>
      </w:r>
      <w:r>
        <w:t>Yes. The recovery journey is honestly a very long one, especially for us. Because what w</w:t>
      </w:r>
      <w:r>
        <w:t xml:space="preserve">e endured was not little. It honestly takes a long journey for us to heal. Why? We are indeed alive and living normally. Right! That we are not in captivity now, but we live in almost the same tragedy. What we honestly need is support. Support, especially </w:t>
      </w:r>
      <w:r>
        <w:t>from the government, and especially from the organizations. At the beginning, honestly, they didn't fall short. But an organization is temporary, and survivors need something permanent. Now, for example, the Survivors Law is permanent; we must focus on it.</w:t>
      </w:r>
      <w:r>
        <w:t xml:space="preserve"> Why? Because it isn't an international organization that stays a year or two, then leaves. An international organization can't stay long enough to treat all the survivors. So this matter is very important. Support and accountability for the perpetrators o</w:t>
      </w:r>
      <w:r>
        <w:t>f these crimes. And the remains — where are the remains? How long until our remains come home so we can bury them? This matter is very important. The fate of the missing persons who are still in captivity, whose fate is unknown — this is very important. An</w:t>
      </w:r>
      <w:r>
        <w:t>d I personally have honestly been worn down by this. I honestly never received psychological treatment from the very beginning. But I had to help myself so that I could help others, help other survivors, and be able to demand our rights.</w:t>
      </w:r>
    </w:p>
    <w:p w:rsidR="0080769C" w:rsidRDefault="0048637C">
      <w:pPr>
        <w:spacing w:after="120"/>
        <w:jc w:val="both"/>
      </w:pPr>
      <w:r>
        <w:t>Thank God, after r</w:t>
      </w:r>
      <w:r>
        <w:t xml:space="preserve">eturning, I tried to study. I went back to school and finished Grade 12 as an external candidate. Despite the difficulty, because I had to study externally. There were circumstances, and I studied. I went to university. I studied International Relations — </w:t>
      </w:r>
      <w:r>
        <w:t xml:space="preserve">International Relations. Because it was </w:t>
      </w:r>
      <w:r>
        <w:lastRenderedPageBreak/>
        <w:t>one of my dreams, after what happened to us, to study international relations and international law. But not every survivor has a will. Like this. Not every survivor. Because many survivors honestly need support. The</w:t>
      </w:r>
      <w:r>
        <w:t>y need psychological treatment. They need access to psychosocial support and rehabilitation. Long-term rehabilitation, not short-term. So we hope, we hope this gets the focus it needs. Thank you.</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At the end of the episode, if you were to address a me</w:t>
      </w:r>
      <w:r w:rsidR="0048637C">
        <w:t>ssage to every survivor on this day — especially as this episode will air on 3 August — What message would you like to send to every survivor?</w:t>
      </w:r>
    </w:p>
    <w:p w:rsidR="0080769C" w:rsidRDefault="0048637C">
      <w:pPr>
        <w:spacing w:before="120" w:after="120"/>
        <w:jc w:val="both"/>
      </w:pPr>
      <w:r>
        <w:rPr>
          <w:rStyle w:val="SpeakerLabel"/>
        </w:rPr>
        <w:t xml:space="preserve">Adeeba Murad: </w:t>
      </w:r>
      <w:r>
        <w:t xml:space="preserve">Yes. My message to every survivor, man or woman, to every mother, to every sister, to every </w:t>
      </w:r>
      <w:r>
        <w:t>brother among the Yazidi survivors. You are a symbol of strength. You are stronger than everything. You are stronger than what happened to you. Today you are one of the symbols of strength in the world, not only in Iraq. And I hope, I hope you achieve what</w:t>
      </w:r>
      <w:r>
        <w:t xml:space="preserve"> you want. I hope. I hope you heal. I hope you stay strong. And that you are proud of yourselves. This is my message to every survivor. You are the symbol of resilience. And the symbol of strength.</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Thank you, Umm Mustafa. Thank you for coming from Ba</w:t>
      </w:r>
      <w:r w:rsidR="0048637C">
        <w:t>ghdad.</w:t>
      </w:r>
    </w:p>
    <w:p w:rsidR="0080769C" w:rsidRDefault="0048637C">
      <w:pPr>
        <w:spacing w:before="120" w:after="120"/>
        <w:jc w:val="both"/>
      </w:pPr>
      <w:r>
        <w:rPr>
          <w:rStyle w:val="SpeakerLabel"/>
        </w:rPr>
        <w:t xml:space="preserve">Umm Mustafa: </w:t>
      </w:r>
      <w:r>
        <w:t>Thank you very much.</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And also, if you would address a message to every mother who lost her son, or whose son was martyred in the Speicher massacre —</w:t>
      </w:r>
    </w:p>
    <w:p w:rsidR="0080769C" w:rsidRDefault="0048637C">
      <w:pPr>
        <w:spacing w:before="120" w:after="120"/>
        <w:jc w:val="both"/>
      </w:pPr>
      <w:r>
        <w:rPr>
          <w:rStyle w:val="SpeakerLabel"/>
        </w:rPr>
        <w:t xml:space="preserve">Umm Mustafa: </w:t>
      </w:r>
      <w:r>
        <w:t>My dear, my message. I say: we Shia and Yazidis and Shabak and Turkm</w:t>
      </w:r>
      <w:r>
        <w:t>en, We are all one blood, all of us. We were all harmed; ISIS harmed us. We all endured the same harm. So what do I say? I say: our generations must remain aware of what ISIS did to us and how ISIS harmed us, and how our generations keep passing this on fr</w:t>
      </w:r>
      <w:r>
        <w:t xml:space="preserve">om generation to generation, so that ISIS's crime stays rooted in the minds of the next generations. This is what we want. It stays in people's minds that I say: shame on the criminals of ISIS. God willing, may we have strength, steadfastness, and reward, </w:t>
      </w:r>
      <w:r>
        <w:t>as we say in our mourning for our sons. Praise and thanks be to God in every circumstance.</w:t>
      </w:r>
    </w:p>
    <w:p w:rsidR="0080769C" w:rsidRDefault="005C563C">
      <w:pPr>
        <w:spacing w:before="120" w:after="120"/>
        <w:jc w:val="both"/>
      </w:pPr>
      <w:proofErr w:type="spellStart"/>
      <w:r>
        <w:rPr>
          <w:b/>
        </w:rPr>
        <w:t>Zozan</w:t>
      </w:r>
      <w:proofErr w:type="spellEnd"/>
      <w:r>
        <w:rPr>
          <w:b/>
        </w:rPr>
        <w:t xml:space="preserve"> Mohammed</w:t>
      </w:r>
      <w:r w:rsidR="0048637C">
        <w:rPr>
          <w:rStyle w:val="SpeakerLabel"/>
        </w:rPr>
        <w:t xml:space="preserve">: </w:t>
      </w:r>
      <w:r w:rsidR="0048637C">
        <w:t>Thank you. Thank you for being here today. This episode was our attempt to bring closer to the communities and people and societies harmed by ISIS, and to crea</w:t>
      </w:r>
      <w:r w:rsidR="0048637C">
        <w:t>te solidarity among them. Thank you. Thank you for your answers. Thank you for being our guests. Thank you.</w:t>
      </w:r>
    </w:p>
    <w:p w:rsidR="0080769C" w:rsidRDefault="0048637C">
      <w:pPr>
        <w:spacing w:before="120" w:after="120"/>
        <w:jc w:val="both"/>
      </w:pPr>
      <w:r>
        <w:rPr>
          <w:rStyle w:val="SpeakerLabel"/>
        </w:rPr>
        <w:t xml:space="preserve">Umm Mustafa: </w:t>
      </w:r>
      <w:r>
        <w:t>Thank you very much.</w:t>
      </w:r>
    </w:p>
    <w:sectPr w:rsidR="0080769C" w:rsidSect="00034616">
      <w:headerReference w:type="default" r:id="rId8"/>
      <w:footerReference w:type="default" r:id="rId9"/>
      <w:pgSz w:w="12240" w:h="15840"/>
      <w:pgMar w:top="1191" w:right="1247" w:bottom="1134" w:left="124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8637C" w:rsidRDefault="0048637C">
      <w:pPr>
        <w:spacing w:after="0" w:line="240" w:lineRule="auto"/>
      </w:pPr>
      <w:r>
        <w:separator/>
      </w:r>
    </w:p>
  </w:endnote>
  <w:endnote w:type="continuationSeparator" w:id="0">
    <w:p w:rsidR="0048637C" w:rsidRDefault="00486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769C" w:rsidRDefault="0048637C">
    <w:pPr>
      <w:pStyle w:val="Footer"/>
      <w:jc w:val="center"/>
    </w:pPr>
    <w:r>
      <w:rPr>
        <w:color w:val="787878"/>
        <w:sz w:val="16"/>
      </w:rPr>
      <w:t xml:space="preserve">Coalition for Just Reparations (C4JR)  |  </w:t>
    </w:r>
    <w:r>
      <w:rPr>
        <w:color w:val="787878"/>
        <w:sz w:val="16"/>
      </w:rPr>
      <w:fldChar w:fldCharType="begin"/>
    </w:r>
    <w:r>
      <w:rPr>
        <w:color w:val="787878"/>
        <w:sz w:val="16"/>
      </w:rPr>
      <w:instrText>PAGE</w:instrText>
    </w:r>
    <w:r w:rsidR="005C563C">
      <w:rPr>
        <w:color w:val="787878"/>
        <w:sz w:val="16"/>
      </w:rPr>
      <w:fldChar w:fldCharType="separate"/>
    </w:r>
    <w:r w:rsidR="005C563C">
      <w:rPr>
        <w:noProof/>
        <w:color w:val="787878"/>
        <w:sz w:val="16"/>
      </w:rPr>
      <w:t>1</w:t>
    </w:r>
    <w:r>
      <w:rPr>
        <w:color w:val="787878"/>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8637C" w:rsidRDefault="0048637C">
      <w:pPr>
        <w:spacing w:after="0" w:line="240" w:lineRule="auto"/>
      </w:pPr>
      <w:r>
        <w:separator/>
      </w:r>
    </w:p>
  </w:footnote>
  <w:footnote w:type="continuationSeparator" w:id="0">
    <w:p w:rsidR="0048637C" w:rsidRDefault="004863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769C" w:rsidRDefault="0048637C">
    <w:pPr>
      <w:pStyle w:val="Header"/>
      <w:jc w:val="right"/>
    </w:pPr>
    <w:r>
      <w:rPr>
        <w:color w:val="787878"/>
        <w:sz w:val="16"/>
      </w:rPr>
      <w:t>C4JR Podcast | Episode 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8637C"/>
    <w:rsid w:val="00563CF2"/>
    <w:rsid w:val="005C563C"/>
    <w:rsid w:val="0080769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27B030"/>
  <w14:defaultImageDpi w14:val="300"/>
  <w15:docId w15:val="{D36C5C98-92E5-C642-A658-B31D7B544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59" w:lineRule="auto"/>
    </w:pPr>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peakerLabel">
    <w:name w:val="Speaker Label"/>
    <w:rPr>
      <w:rFonts w:ascii="Arial" w:eastAsia="Arial" w:hAnsi="Arial"/>
      <w:b/>
      <w:color w:val="25408E"/>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5735</Words>
  <Characters>32693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More Than Ink on Paper: Implementing the Yazidi Survivors Law – Episode 9 Transcript</dc:title>
  <dc:subject>Clean English podcast transcript</dc:subject>
  <dc:creator>Coalition for Just Reparations (C4JR)</dc:creator>
  <cp:keywords>C4JR, Yazidi Survivors Law, Camp Speicher, reparations, podcast, transcript</cp:keywords>
  <dc:description>generated by python-docx</dc:description>
  <cp:lastModifiedBy>saber saeed</cp:lastModifiedBy>
  <cp:revision>2</cp:revision>
  <dcterms:created xsi:type="dcterms:W3CDTF">2026-08-02T21:32:00Z</dcterms:created>
  <dcterms:modified xsi:type="dcterms:W3CDTF">2026-08-02T21:32:00Z</dcterms:modified>
  <cp:category/>
</cp:coreProperties>
</file>